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E3A5F"/>
          <w:sz w:val="26"/>
        </w:rPr>
        <w:t>[RAZÃO SOCIAL DA EMPRESA]</w:t>
      </w:r>
    </w:p>
    <w:p>
      <w:pPr>
        <w:jc w:val="center"/>
      </w:pPr>
      <w:r>
        <w:rPr>
          <w:b w:val="0"/>
          <w:i w:val="0"/>
          <w:color w:val="64748B"/>
          <w:sz w:val="18"/>
        </w:rPr>
        <w:t>CNPJ: [00.000.000/0000-00] · [Endereço completo] · [Cidade/UF]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  <w:color w:val="1E3A5F"/>
          <w:sz w:val="32"/>
        </w:rPr>
        <w:t>CARTA DE ADVERTÊNCIA DISCIPLINAR</w:t>
      </w:r>
    </w:p>
    <w:p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</w:rPr>
              <w:t>Funcionário(a)</w:t>
            </w:r>
          </w:p>
        </w:tc>
        <w:tc>
          <w:tcPr>
            <w:tcW w:type="dxa" w:w="4703"/>
          </w:tcPr>
          <w:p>
            <w:r>
              <w:t>[Nome completo]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Cargo / Setor</w:t>
            </w:r>
          </w:p>
        </w:tc>
        <w:tc>
          <w:tcPr>
            <w:tcW w:type="dxa" w:w="4703"/>
          </w:tcPr>
          <w:p>
            <w:r>
              <w:t>[Cargo] · [Setor]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Matrícula / CPF</w:t>
            </w:r>
          </w:p>
        </w:tc>
        <w:tc>
          <w:tcPr>
            <w:tcW w:type="dxa" w:w="4703"/>
          </w:tcPr>
          <w:p>
            <w:r>
              <w:t>[Matrícula] · [CPF]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Data de admissão</w:t>
            </w:r>
          </w:p>
        </w:tc>
        <w:tc>
          <w:tcPr>
            <w:tcW w:type="dxa" w:w="4703"/>
          </w:tcPr>
          <w:p>
            <w:r>
              <w:t>[dd/mm/aaaa]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Data desta advertência</w:t>
            </w:r>
          </w:p>
        </w:tc>
        <w:tc>
          <w:tcPr>
            <w:tcW w:type="dxa" w:w="4703"/>
          </w:tcPr>
          <w:p>
            <w:r>
              <w:t>[dd/mm/aaaa]</w:t>
            </w:r>
          </w:p>
        </w:tc>
      </w:tr>
    </w:tbl>
    <w:p>
      <w:r>
        <w:rPr>
          <w:b w:val="0"/>
          <w:i w:val="0"/>
        </w:rPr>
      </w:r>
    </w:p>
    <w:p>
      <w:r>
        <w:rPr>
          <w:b w:val="0"/>
          <w:i w:val="0"/>
        </w:rPr>
        <w:t>Prezado(a) [Nome do funcionário],</w:t>
      </w:r>
    </w:p>
    <w:p>
      <w:r>
        <w:rPr>
          <w:b w:val="0"/>
          <w:i w:val="0"/>
        </w:rPr>
        <w:t>Pela presente, a empresa acima identificada, no exercício do seu poder diretivo e disciplinar (art. 2º da CLT), aplica a V.Sa. a penalidade de ADVERTÊNCIA, em razão dos fatos descritos a seguir.</w:t>
      </w:r>
    </w:p>
    <w:p>
      <w:r>
        <w:rPr>
          <w:b/>
          <w:i w:val="0"/>
          <w:color w:val="1E3A5F"/>
        </w:rPr>
        <w:t>1. DESCRIÇÃO DOS FATOS</w:t>
      </w:r>
    </w:p>
    <w:p>
      <w:r>
        <w:rPr>
          <w:b w:val="0"/>
          <w:i/>
          <w:color w:val="64748B"/>
        </w:rPr>
        <w:t>[Descreva de forma objetiva: data, horário, local e a conduta. Ex.: "Em [DATA], o(a) funcionário(a) ausentou-se sem justificativa prévia e sem apresentar atestado no prazo previsto no regulamento interno."]</w:t>
      </w:r>
    </w:p>
    <w:p>
      <w:r>
        <w:rPr>
          <w:b w:val="0"/>
          <w:i w:val="0"/>
        </w:rPr>
      </w:r>
    </w:p>
    <w:p>
      <w:r>
        <w:rPr>
          <w:b/>
          <w:i w:val="0"/>
          <w:color w:val="1E3A5F"/>
        </w:rPr>
        <w:t>2. NORMA DESCUMPRIDA</w:t>
      </w:r>
    </w:p>
    <w:p>
      <w:r>
        <w:rPr>
          <w:b w:val="0"/>
          <w:i/>
          <w:color w:val="64748B"/>
        </w:rPr>
        <w:t>[Indique o item do regulamento interno, da política da empresa ou do contrato de trabalho que foi descumprido e, se for o caso, a hipótese correspondente do art. 482 da CLT.]</w:t>
      </w:r>
    </w:p>
    <w:p>
      <w:r>
        <w:rPr>
          <w:b w:val="0"/>
          <w:i w:val="0"/>
        </w:rPr>
      </w:r>
    </w:p>
    <w:p>
      <w:r>
        <w:rPr>
          <w:b/>
          <w:i w:val="0"/>
          <w:color w:val="1E3A5F"/>
        </w:rPr>
        <w:t>3. REINCIDÊNCIA</w:t>
      </w:r>
    </w:p>
    <w:p>
      <w:r>
        <w:rPr>
          <w:b w:val="0"/>
          <w:i w:val="0"/>
        </w:rPr>
        <w:t>Fica V.Sa. ciente de que a repetição desta ou de outra falta poderá ensejar a aplicação de penalidades mais graves, como suspensão disciplinar e, conforme a gravidade, a rescisão do contrato de trabalho por justa causa, nos termos do art. 482 da CLT.</w:t>
      </w:r>
    </w:p>
    <w:p>
      <w:r>
        <w:rPr>
          <w:b w:val="0"/>
          <w:i w:val="0"/>
        </w:rPr>
      </w:r>
    </w:p>
    <w:p>
      <w:r>
        <w:rPr>
          <w:b w:val="0"/>
          <w:i w:val="0"/>
          <w:color w:val="64748B"/>
          <w:sz w:val="20"/>
        </w:rPr>
        <w:t>A assinatura abaixo indica apenas o RECEBIMENTO desta carta e não significa concordância com o seu conteúdo.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[Cidade/UF], [dd] de [mês] de [aaaa].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pPr>
              <w:jc w:val="center"/>
            </w:pPr>
            <w:r>
              <w:t>______________________________</w:t>
              <w:br/>
              <w:t>[Nome do representante]</w:t>
              <w:br/>
              <w:t>[Cargo] — pela empresa</w:t>
            </w:r>
          </w:p>
        </w:tc>
        <w:tc>
          <w:tcPr>
            <w:tcW w:type="dxa" w:w="4703"/>
          </w:tcPr>
          <w:p>
            <w:pPr>
              <w:jc w:val="center"/>
            </w:pPr>
            <w:r>
              <w:t>______________________________</w:t>
              <w:br/>
              <w:t>[Nome do funcionário]</w:t>
              <w:br/>
              <w:t>Ciente em ___/___/______</w:t>
            </w:r>
          </w:p>
        </w:tc>
      </w:tr>
    </w:tbl>
    <w:p>
      <w:r>
        <w:rPr>
          <w:b w:val="0"/>
          <w:i w:val="0"/>
        </w:rPr>
      </w:r>
    </w:p>
    <w:p>
      <w:r>
        <w:rPr>
          <w:b w:val="0"/>
          <w:i w:val="0"/>
          <w:sz w:val="20"/>
        </w:rPr>
        <w:t>Em caso de recusa do(a) funcionário(a) em assinar, a entrega foi presenciada pelas testemunhas:</w:t>
      </w:r>
    </w:p>
    <w:p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pPr>
              <w:jc w:val="center"/>
            </w:pPr>
            <w:r>
              <w:t>______________________________</w:t>
              <w:br/>
              <w:t>Testemunha 1: [Nome] · CPF [000.000.000-00]</w:t>
            </w:r>
          </w:p>
        </w:tc>
        <w:tc>
          <w:tcPr>
            <w:tcW w:type="dxa" w:w="4703"/>
          </w:tcPr>
          <w:p>
            <w:pPr>
              <w:jc w:val="center"/>
            </w:pPr>
            <w:r>
              <w:t>______________________________</w:t>
              <w:br/>
              <w:t>Testemunha 2: [Nome] · CPF [000.000.000-00]</w:t>
            </w:r>
          </w:p>
        </w:tc>
      </w:tr>
    </w:tbl>
    <w:p>
      <w:r>
        <w:rPr>
          <w:b w:val="0"/>
          <w:i w:val="0"/>
        </w:rPr>
      </w:r>
    </w:p>
    <w:p>
      <w:pPr>
        <w:jc w:val="center"/>
      </w:pPr>
      <w:r>
        <w:rPr>
          <w:b w:val="0"/>
          <w:i w:val="0"/>
          <w:color w:val="64748B"/>
          <w:sz w:val="16"/>
        </w:rPr>
        <w:t>Modelo gratuito · decisaodigital.com.br — adapte à convenção coletiva e ao regulamento da sua empresa. Em caso de dúvida, consulte um profissional de RH ou um advogado trabalhista.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